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Journal de suivi des nuisances</w:t>
      </w:r>
    </w:p>
    <w:p>
      <w:pPr>
        <w:pStyle w:val="Subtitle"/>
      </w:pPr>
      <w:r>
        <w:t>CalmNotes · France · Modèle gratuit à remplir</w:t>
      </w:r>
    </w:p>
    <w:p>
      <w:r>
        <w:t>Consignez vos observations de façon factuelle et proche du moment où elles se produisent. Ce journal vous aide à préparer un échange et à suivre les démarches. Il ne détermine pas, à lui seul, une infraction ou une responsabilité.</w:t>
      </w:r>
    </w:p>
    <w:p>
      <w:r>
        <w:t>Nom ou initiales : ____________________</w:t>
        <w:br/>
        <w:t>Lieu depuis lequel vous observez : ____________________</w:t>
      </w:r>
    </w:p>
    <w:p>
      <w:r>
        <w:rPr>
          <w:sz w:val="20"/>
        </w:rPr>
        <w:t>Dupliquez cette fiche pour chaque événement. Laissez inconnues les informations que vous ne connaissez pas. Séparez les faits observés des suppositions et des propos rapportés.</w:t>
      </w:r>
    </w:p>
    <w:p>
      <w:r>
        <w:rPr>
          <w:b/>
        </w:rPr>
        <w:t>Date et heure de début puis de fin</w:t>
      </w:r>
      <w:r>
        <w:br/>
        <w:t>_________________________________________________________________</w:t>
      </w:r>
    </w:p>
    <w:p>
      <w:r>
        <w:rPr>
          <w:b/>
        </w:rPr>
        <w:t>Lieu et nature de la nuisance</w:t>
      </w:r>
      <w:r>
        <w:br/>
        <w:t>_________________________________________________________________</w:t>
      </w:r>
    </w:p>
    <w:p>
      <w:r>
        <w:rPr>
          <w:b/>
        </w:rPr>
        <w:t>Ce que j’ai personnellement constaté</w:t>
      </w:r>
      <w:r>
        <w:br/>
        <w:t>_________________________________________________________________</w:t>
        <w:br/>
        <w:t>_________________________________________________________________</w:t>
      </w:r>
    </w:p>
    <w:p>
      <w:r>
        <w:rPr>
          <w:b/>
        </w:rPr>
        <w:t>Conséquences concrètes sur mon quotidien</w:t>
      </w:r>
      <w:r>
        <w:br/>
        <w:t>_________________________________________________________________</w:t>
      </w:r>
    </w:p>
    <w:p>
      <w:r>
        <w:rPr>
          <w:b/>
        </w:rPr>
        <w:t>Origine supposée et incertitudes</w:t>
      </w:r>
      <w:r>
        <w:br/>
        <w:t>_________________________________________________________________</w:t>
      </w:r>
    </w:p>
    <w:p>
      <w:r>
        <w:rPr>
          <w:b/>
        </w:rPr>
        <w:t>Démarches ou contacts avec leur date</w:t>
      </w:r>
      <w:r>
        <w:br/>
        <w:t>_________________________________________________________________</w:t>
      </w:r>
    </w:p>
    <w:p>
      <w:r>
        <w:rPr>
          <w:b/>
        </w:rPr>
        <w:t>Réponse reçue et accord réellement conclu</w:t>
      </w:r>
      <w:r>
        <w:br/>
        <w:t>_________________________________________________________________</w:t>
      </w:r>
    </w:p>
    <w:p>
      <w:r>
        <w:rPr>
          <w:sz w:val="20"/>
        </w:rPr>
        <w:t>Ne notez que les données nécessaires et conservez ce journal en sécurité. Évitez les enregistrements de conversations privées et la surveillance intrusive. En cas de danger immédiat, appelez le 17 ou le 112 sans attendre de remplir cette fiche.</w:t>
      </w:r>
    </w:p>
    <w:sectPr w:rsidR="00FC693F" w:rsidRPr="0006063C" w:rsidSect="00034616">
      <w:pgSz w:w="11906" w:h="16838"/>
      <w:pgMar w:top="1077" w:right="1219" w:bottom="1077"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59" w:lineRule="auto"/>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de suivi des nuisances</dc:title>
  <dc:subject>CalmNotes · France · Modèle gratuit à remplir</dc:subject>
  <dc:creator>CalmNotes</dc:creator>
  <cp:keywords/>
  <dc:description>generated by python-docx</dc:description>
  <cp:lastModifiedBy/>
  <cp:revision>1</cp:revision>
  <dcterms:created xsi:type="dcterms:W3CDTF">2013-12-23T23:15:00Z</dcterms:created>
  <dcterms:modified xsi:type="dcterms:W3CDTF">2013-12-23T23:15:00Z</dcterms:modified>
  <cp:category/>
</cp:coreProperties>
</file>